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Lettera di accompagnamento e passi dopo la proposta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LETTERA DI ACCOMPAGNAMENTO — Gentile </w:t>
      </w:r>
      <w:r>
        <w:rPr>
          <w:highlight w:val="yellow"/>
        </w:rPr>
        <w:t>[NOME]</w:t>
      </w:r>
      <w:r>
        <w:t xml:space="preserve">, le consegniamo la copia della proposta d'acquisto del </w:t>
      </w:r>
      <w:r>
        <w:rPr>
          <w:highlight w:val="yellow"/>
        </w:rPr>
        <w:t>[GG/MM/AAAA]</w:t>
      </w:r>
      <w:r>
        <w:t xml:space="preserve"> relativa all'immobile di </w:t>
      </w:r>
      <w:r>
        <w:rPr>
          <w:highlight w:val="yellow"/>
        </w:rPr>
        <w:t>[INDIRIZZO]</w:t>
      </w:r>
      <w:r>
        <w:t>. L'originale firmato le sarà consegnato appena completata la registrazione presso l'Agenzia delle Entrate. Restiamo a disposizione per ogni domanda.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L'agenzia </w:t>
      </w:r>
      <w:r>
        <w:rPr>
          <w:highlight w:val="yellow"/>
        </w:rPr>
        <w:t>[___]</w:t>
      </w:r>
      <w:r>
        <w:t>.</w:t>
      </w:r>
    </w:p>
    <w:p>
      <w:r>
        <w:rPr>
          <w:b/>
        </w:rPr>
        <w:t>I PASSI DOPO LA PROPOSTA</w:t>
      </w:r>
    </w:p>
    <w:p>
      <w:pPr>
        <w:pStyle w:val="ListBullet"/>
      </w:pPr>
      <w:r>
        <w:t xml:space="preserve">Registrazione del preliminare entro 30 giorni: imposta fissa di euro </w:t>
      </w:r>
      <w:r>
        <w:rPr>
          <w:highlight w:val="yellow"/>
        </w:rPr>
        <w:t>[IMPORTO]</w:t>
      </w:r>
      <w:r>
        <w:t xml:space="preserve">, imposta proporzionale su caparra e acconti di euro </w:t>
      </w:r>
      <w:r>
        <w:rPr>
          <w:highlight w:val="yellow"/>
        </w:rPr>
        <w:t>[IMPORTO]</w:t>
      </w:r>
      <w:r>
        <w:t xml:space="preserve">, marche da bollo per euro </w:t>
      </w:r>
      <w:r>
        <w:rPr>
          <w:highlight w:val="yellow"/>
        </w:rPr>
        <w:t>[IMPORTO]</w:t>
      </w:r>
      <w:r>
        <w:t xml:space="preserve">; totale euro </w:t>
      </w:r>
      <w:r>
        <w:rPr>
          <w:highlight w:val="yellow"/>
        </w:rPr>
        <w:t>[TOTALE]</w:t>
      </w:r>
      <w:r>
        <w:t>.</w:t>
      </w:r>
    </w:p>
    <w:p>
      <w:pPr>
        <w:pStyle w:val="ListBullet"/>
      </w:pPr>
      <w:r>
        <w:t xml:space="preserve">Banca: referente </w:t>
      </w:r>
      <w:r>
        <w:rPr>
          <w:highlight w:val="yellow"/>
        </w:rPr>
        <w:t>[NOME E RECAPITO]</w:t>
      </w:r>
      <w:r>
        <w:t>, documenti per l'istruttoria, perizia.</w:t>
      </w:r>
    </w:p>
    <w:p>
      <w:pPr>
        <w:pStyle w:val="ListBullet"/>
      </w:pPr>
      <w:r>
        <w:t>Verifiche e svincolo: esito delle verifiche previste e consegna della caparra al venditore.</w:t>
      </w:r>
    </w:p>
    <w:p>
      <w:pPr>
        <w:pStyle w:val="ListBullet"/>
      </w:pPr>
      <w:r>
        <w:t xml:space="preserve">Eventuali versamenti successivi entro il </w:t>
      </w:r>
      <w:r>
        <w:rPr>
          <w:highlight w:val="yellow"/>
        </w:rPr>
        <w:t>[GG/MM/AAAA]</w:t>
      </w:r>
      <w:r>
        <w:t>.</w:t>
      </w:r>
    </w:p>
    <w:p>
      <w:pPr>
        <w:pStyle w:val="ListBullet"/>
      </w:pPr>
      <w:r>
        <w:t>Provvigione: importo e scadenza.</w:t>
      </w:r>
    </w:p>
    <w:p>
      <w:pPr>
        <w:pStyle w:val="ListBullet"/>
      </w:pPr>
      <w:r>
        <w:t>Rogito: data, notaio, saldo del prezzo e consegna delle chiavi.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Immobiliare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